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2B0" w:rsidRDefault="003F54D5">
      <w:pPr>
        <w:spacing w:before="240" w:after="480"/>
        <w:jc w:val="center"/>
      </w:pPr>
      <w:r>
        <w:rPr>
          <w:rFonts w:ascii="Times New Roman" w:hAnsi="Times New Roman"/>
          <w:b/>
          <w:sz w:val="28"/>
        </w:rPr>
        <w:t>Article Title - Global Journal of Advanced Engineering Systems and Technologies</w:t>
      </w:r>
    </w:p>
    <w:p w:rsidR="002032B0" w:rsidRDefault="003F54D5">
      <w:pPr>
        <w:spacing w:after="0"/>
      </w:pPr>
      <w:r>
        <w:rPr>
          <w:rFonts w:ascii="Times New Roman" w:hAnsi="Times New Roman"/>
          <w:b/>
          <w:sz w:val="20"/>
        </w:rPr>
        <w:t>First Author¹*, Second Author², and Third Author³</w:t>
      </w:r>
    </w:p>
    <w:p w:rsidR="002032B0" w:rsidRDefault="003F54D5">
      <w:pPr>
        <w:spacing w:after="240"/>
      </w:pPr>
      <w:r>
        <w:rPr>
          <w:rFonts w:ascii="Times New Roman" w:hAnsi="Times New Roman"/>
          <w:sz w:val="18"/>
        </w:rPr>
        <w:t>¹ First Author's Affiliation, University, City, Country</w:t>
      </w:r>
      <w:r>
        <w:rPr>
          <w:rFonts w:ascii="Times New Roman" w:hAnsi="Times New Roman"/>
          <w:sz w:val="18"/>
        </w:rPr>
        <w:br/>
        <w:t>² Second Author's Affiliation, University, City, Country</w:t>
      </w:r>
      <w:r>
        <w:rPr>
          <w:rFonts w:ascii="Times New Roman" w:hAnsi="Times New Roman"/>
          <w:sz w:val="18"/>
        </w:rPr>
        <w:br/>
        <w:t xml:space="preserve">³ Third </w:t>
      </w:r>
      <w:r>
        <w:rPr>
          <w:rFonts w:ascii="Times New Roman" w:hAnsi="Times New Roman"/>
          <w:sz w:val="18"/>
        </w:rPr>
        <w:t>Author's Affiliation, University, City, Country</w:t>
      </w:r>
    </w:p>
    <w:p w:rsidR="002032B0" w:rsidRDefault="003F54D5">
      <w:pPr>
        <w:spacing w:after="240"/>
      </w:pPr>
      <w:r>
        <w:rPr>
          <w:rFonts w:ascii="Times New Roman" w:hAnsi="Times New Roman"/>
          <w:sz w:val="18"/>
        </w:rPr>
        <w:t>*Corresponding Author: author@email.com</w:t>
      </w:r>
    </w:p>
    <w:tbl>
      <w:tblPr>
        <w:tblW w:w="0" w:type="auto"/>
        <w:tblLook w:val="04A0" w:firstRow="1" w:lastRow="0" w:firstColumn="1" w:lastColumn="0" w:noHBand="0" w:noVBand="1"/>
      </w:tblPr>
      <w:tblGrid>
        <w:gridCol w:w="10206"/>
      </w:tblGrid>
      <w:tr w:rsidR="002032B0">
        <w:tc>
          <w:tcPr>
            <w:tcW w:w="10206" w:type="dxa"/>
            <w:shd w:val="clear" w:color="auto" w:fill="DDEBF7"/>
            <w:tcMar>
              <w:top w:w="150" w:type="dxa"/>
              <w:left w:w="150" w:type="dxa"/>
              <w:bottom w:w="150" w:type="dxa"/>
              <w:right w:w="150" w:type="dxa"/>
            </w:tcMar>
          </w:tcPr>
          <w:p w:rsidR="002032B0" w:rsidRDefault="003F54D5">
            <w:pPr>
              <w:spacing w:after="120"/>
            </w:pPr>
            <w:r>
              <w:rPr>
                <w:rFonts w:ascii="Times New Roman" w:hAnsi="Times New Roman"/>
                <w:b/>
                <w:sz w:val="20"/>
              </w:rPr>
              <w:t>ABSTRACT</w:t>
            </w:r>
          </w:p>
          <w:p w:rsidR="002032B0" w:rsidRDefault="003F54D5">
            <w:pPr>
              <w:spacing w:after="240" w:line="240" w:lineRule="auto"/>
              <w:jc w:val="both"/>
            </w:pPr>
            <w:r>
              <w:rPr>
                <w:rFonts w:ascii="Times New Roman" w:hAnsi="Times New Roman"/>
                <w:sz w:val="18"/>
              </w:rPr>
              <w:t>This template provides authors with the exact formatting specifications needed for preparing their manuscripts for the Global Journal of Advanced Engineering S</w:t>
            </w:r>
            <w:r>
              <w:rPr>
                <w:rFonts w:ascii="Times New Roman" w:hAnsi="Times New Roman"/>
                <w:sz w:val="18"/>
              </w:rPr>
              <w:t>ystems and Technologies (GJAEST). The abstract should be a single continuous paragraph of 150-250 words, briefly summarizing the research objectives, methodology, principal findings, and conclusions. It should not contain any references, figures, tables, o</w:t>
            </w:r>
            <w:r>
              <w:rPr>
                <w:rFonts w:ascii="Times New Roman" w:hAnsi="Times New Roman"/>
                <w:sz w:val="18"/>
              </w:rPr>
              <w:t>r equations. Abbreviations must be defined at their first occurrence. Please ensure the abstract is formatted in exactly 9pt Times New Roman, fully justified. Ensure the abstract sufficiently covers the motivation and the outcomes of the work so that it pr</w:t>
            </w:r>
            <w:r>
              <w:rPr>
                <w:rFonts w:ascii="Times New Roman" w:hAnsi="Times New Roman"/>
                <w:sz w:val="18"/>
              </w:rPr>
              <w:t xml:space="preserve">ovides a clear overview for the reader. This template provides authors with the exact formatting specifications needed for preparing their manuscripts for the Global Journal of Advanced Engineering Systems and Technologies (GJAEST). The abstract should be </w:t>
            </w:r>
            <w:r>
              <w:rPr>
                <w:rFonts w:ascii="Times New Roman" w:hAnsi="Times New Roman"/>
                <w:sz w:val="18"/>
              </w:rPr>
              <w:t>a single continuous paragraph of 150-250 words, briefly summarizing the research objectives, methodology, principal findings, and conclusions. It should not contain any references, figures, tables, or equations. Abbreviations must be defined at their first</w:t>
            </w:r>
            <w:r>
              <w:rPr>
                <w:rFonts w:ascii="Times New Roman" w:hAnsi="Times New Roman"/>
                <w:sz w:val="18"/>
              </w:rPr>
              <w:t xml:space="preserve"> occurrence. Please ensure the abstract is formatted in exactly 9pt Times New Roman, fully justified. Ensure the abstract sufficiently covers the motivation and the outcomes of the work so that it provides a clear overview for the reader. This template pro</w:t>
            </w:r>
            <w:r>
              <w:rPr>
                <w:rFonts w:ascii="Times New Roman" w:hAnsi="Times New Roman"/>
                <w:sz w:val="18"/>
              </w:rPr>
              <w:t>vides authors with the exact formatting specifications needed for preparing their manuscripts for the Global Journal of Advanced Engineering Systems and Technologies (GJAEST). The abstract should be a single continuous paragraph of 150-250 words, briefly s</w:t>
            </w:r>
            <w:r>
              <w:rPr>
                <w:rFonts w:ascii="Times New Roman" w:hAnsi="Times New Roman"/>
                <w:sz w:val="18"/>
              </w:rPr>
              <w:t>ummarizing the research objectives, methodology, principal findings, and conclusions. It should not contain any references, figures, tables, or equations. Abbreviations must be defined at their first occurrence. Please ensure the abstract is formatted in e</w:t>
            </w:r>
            <w:r>
              <w:rPr>
                <w:rFonts w:ascii="Times New Roman" w:hAnsi="Times New Roman"/>
                <w:sz w:val="18"/>
              </w:rPr>
              <w:t xml:space="preserve">xactly 9pt Times New Roman, fully justified. Ensure the abstract sufficiently covers the motivation and the outcomes of the work so that it provides a clear overview for the reader. </w:t>
            </w:r>
          </w:p>
        </w:tc>
      </w:tr>
    </w:tbl>
    <w:p w:rsidR="002032B0" w:rsidRDefault="002032B0"/>
    <w:p w:rsidR="002032B0" w:rsidRDefault="003F54D5">
      <w:pPr>
        <w:spacing w:before="120" w:after="120"/>
      </w:pPr>
      <w:r>
        <w:rPr>
          <w:rFonts w:ascii="Times New Roman" w:hAnsi="Times New Roman"/>
          <w:b/>
          <w:sz w:val="20"/>
        </w:rPr>
        <w:t>Graphical Abstract</w:t>
      </w:r>
    </w:p>
    <w:tbl>
      <w:tblPr>
        <w:tblW w:w="0" w:type="auto"/>
        <w:tblLook w:val="04A0" w:firstRow="1" w:lastRow="0" w:firstColumn="1" w:lastColumn="0" w:noHBand="0" w:noVBand="1"/>
      </w:tblPr>
      <w:tblGrid>
        <w:gridCol w:w="10206"/>
      </w:tblGrid>
      <w:tr w:rsidR="002032B0">
        <w:tc>
          <w:tcPr>
            <w:tcW w:w="10206" w:type="dxa"/>
            <w:shd w:val="clear" w:color="auto" w:fill="E6E6E6"/>
            <w:tcMar>
              <w:top w:w="150" w:type="dxa"/>
              <w:left w:w="150" w:type="dxa"/>
              <w:bottom w:w="150" w:type="dxa"/>
              <w:right w:w="150" w:type="dxa"/>
            </w:tcMar>
          </w:tcPr>
          <w:p w:rsidR="002032B0" w:rsidRDefault="003F54D5">
            <w:pPr>
              <w:spacing w:before="480" w:after="480"/>
              <w:jc w:val="center"/>
            </w:pPr>
            <w:r>
              <w:rPr>
                <w:rFonts w:ascii="Times New Roman" w:hAnsi="Times New Roman"/>
                <w:i/>
                <w:sz w:val="20"/>
              </w:rPr>
              <w:t>[ Insert Graphical Abstract Image Here ]</w:t>
            </w:r>
          </w:p>
        </w:tc>
      </w:tr>
    </w:tbl>
    <w:p w:rsidR="002032B0" w:rsidRDefault="002032B0"/>
    <w:p w:rsidR="002032B0" w:rsidRDefault="003F54D5">
      <w:pPr>
        <w:spacing w:before="120" w:after="0"/>
      </w:pPr>
      <w:r>
        <w:rPr>
          <w:rFonts w:ascii="Times New Roman" w:hAnsi="Times New Roman"/>
          <w:b/>
          <w:sz w:val="18"/>
        </w:rPr>
        <w:t>Keywords</w:t>
      </w:r>
    </w:p>
    <w:p w:rsidR="002032B0" w:rsidRDefault="003F54D5">
      <w:pPr>
        <w:spacing w:after="0"/>
      </w:pPr>
      <w:r>
        <w:rPr>
          <w:rFonts w:ascii="Times New Roman" w:hAnsi="Times New Roman"/>
          <w:sz w:val="18"/>
        </w:rPr>
        <w:t>Keyword 1, Keyword 2, Keyword 3, Keyword 4, Keyword 5 (Provide 4-6 keywords separated by commas, capitalizing the first letter of each keyword).</w:t>
      </w:r>
    </w:p>
    <w:p w:rsidR="002032B0" w:rsidRDefault="002032B0"/>
    <w:p w:rsidR="002032B0" w:rsidRDefault="002032B0">
      <w:pPr>
        <w:sectPr w:rsidR="002032B0">
          <w:headerReference w:type="default" r:id="rId9"/>
          <w:footerReference w:type="default" r:id="rId10"/>
          <w:pgSz w:w="11906" w:h="16838"/>
          <w:pgMar w:top="544" w:right="850" w:bottom="731" w:left="850" w:header="720" w:footer="720" w:gutter="0"/>
          <w:cols w:space="720"/>
          <w:docGrid w:linePitch="360"/>
        </w:sectPr>
      </w:pPr>
    </w:p>
    <w:p w:rsidR="002032B0" w:rsidRDefault="003F54D5">
      <w:pPr>
        <w:spacing w:before="240" w:after="120"/>
      </w:pPr>
      <w:r>
        <w:rPr>
          <w:rFonts w:ascii="Times New Roman" w:hAnsi="Times New Roman"/>
          <w:b/>
          <w:sz w:val="20"/>
        </w:rPr>
        <w:lastRenderedPageBreak/>
        <w:t>1 Introduction</w:t>
      </w:r>
    </w:p>
    <w:p w:rsidR="002032B0" w:rsidRDefault="003F54D5">
      <w:pPr>
        <w:spacing w:after="0" w:line="240" w:lineRule="auto"/>
        <w:jc w:val="both"/>
      </w:pPr>
      <w:r>
        <w:rPr>
          <w:rFonts w:ascii="Times New Roman" w:hAnsi="Times New Roman"/>
          <w:sz w:val="18"/>
        </w:rPr>
        <w:t>This document is a master template for Word submissions to the Global Journal of Advanced Engineering Systems and Technologies (GJAEST). Authors are required to use this template to prepare their manuscript. The introduction should clearly state the backgr</w:t>
      </w:r>
      <w:r>
        <w:rPr>
          <w:rFonts w:ascii="Times New Roman" w:hAnsi="Times New Roman"/>
          <w:sz w:val="18"/>
        </w:rPr>
        <w:t>ound of the research, the problem being addressed, the methodology, and the main objectives of the study. This document is a master template for Word submissions to the Global Journal of Advanced Engineering Systems and Technologies (GJAEST). Authors are r</w:t>
      </w:r>
      <w:r>
        <w:rPr>
          <w:rFonts w:ascii="Times New Roman" w:hAnsi="Times New Roman"/>
          <w:sz w:val="18"/>
        </w:rPr>
        <w:t xml:space="preserve">equired to use this template to prepare their manuscript. The introduction should clearly state the background </w:t>
      </w:r>
      <w:r>
        <w:rPr>
          <w:rFonts w:ascii="Times New Roman" w:hAnsi="Times New Roman"/>
          <w:sz w:val="18"/>
        </w:rPr>
        <w:lastRenderedPageBreak/>
        <w:t xml:space="preserve">of the research, the problem being addressed, the methodology, and the main objectives of the study. This document is a master template for Word </w:t>
      </w:r>
      <w:r>
        <w:rPr>
          <w:rFonts w:ascii="Times New Roman" w:hAnsi="Times New Roman"/>
          <w:sz w:val="18"/>
        </w:rPr>
        <w:t>submissions to the Global Journal of Advanced Engineering Systems and Technologies (GJAEST). Authors are required to use this template to prepare their manuscript. The introduction should clearly state the background of the research, the problem being addr</w:t>
      </w:r>
      <w:r>
        <w:rPr>
          <w:rFonts w:ascii="Times New Roman" w:hAnsi="Times New Roman"/>
          <w:sz w:val="18"/>
        </w:rPr>
        <w:t xml:space="preserve">essed, the methodology, and the main objectives of the study. </w:t>
      </w:r>
    </w:p>
    <w:p w:rsidR="002032B0" w:rsidRDefault="003F54D5">
      <w:pPr>
        <w:spacing w:after="0" w:line="240" w:lineRule="auto"/>
        <w:jc w:val="both"/>
      </w:pPr>
      <w:r>
        <w:rPr>
          <w:rFonts w:ascii="Times New Roman" w:hAnsi="Times New Roman"/>
          <w:sz w:val="18"/>
        </w:rPr>
        <w:t xml:space="preserve">When you open the template, do not change the page size, margins, or fonts. Body text shall be fully justified. You can use this document as an instruction set and as a template into which you </w:t>
      </w:r>
      <w:r>
        <w:rPr>
          <w:rFonts w:ascii="Times New Roman" w:hAnsi="Times New Roman"/>
          <w:sz w:val="18"/>
        </w:rPr>
        <w:t xml:space="preserve">can directly type or paste your own text. When you open the </w:t>
      </w:r>
      <w:r>
        <w:rPr>
          <w:rFonts w:ascii="Times New Roman" w:hAnsi="Times New Roman"/>
          <w:sz w:val="18"/>
        </w:rPr>
        <w:lastRenderedPageBreak/>
        <w:t xml:space="preserve">template, do not change the page size, margins, or fonts. Body text shall be fully justified. You can use this document as an instruction set and as a template into which you can directly type or </w:t>
      </w:r>
      <w:r>
        <w:rPr>
          <w:rFonts w:ascii="Times New Roman" w:hAnsi="Times New Roman"/>
          <w:sz w:val="18"/>
        </w:rPr>
        <w:t xml:space="preserve">paste your own text. When you open the template, do not change the page size, margins, or fonts. Body text shall be fully justified. You can use this document as an instruction set and as a template into which you can directly type or paste your own text. </w:t>
      </w:r>
    </w:p>
    <w:p w:rsidR="002032B0" w:rsidRDefault="003F54D5">
      <w:pPr>
        <w:spacing w:before="240" w:after="120"/>
      </w:pPr>
      <w:r>
        <w:rPr>
          <w:rFonts w:ascii="Times New Roman" w:hAnsi="Times New Roman"/>
          <w:b/>
          <w:sz w:val="20"/>
        </w:rPr>
        <w:t>2 Formatting Guidelines</w:t>
      </w:r>
    </w:p>
    <w:p w:rsidR="002032B0" w:rsidRDefault="003F54D5">
      <w:pPr>
        <w:spacing w:after="0" w:line="240" w:lineRule="auto"/>
        <w:jc w:val="both"/>
      </w:pPr>
      <w:r>
        <w:rPr>
          <w:rFonts w:ascii="Times New Roman" w:hAnsi="Times New Roman"/>
          <w:sz w:val="18"/>
        </w:rPr>
        <w:t>All text must be correctly formatted to ensure a professional and unified appearance. The main article title should be in Times New Roman, 14pt, Bold, and Centered. Author names should be 10pt Bold, and affiliations 9pt Italic. Ens</w:t>
      </w:r>
      <w:r>
        <w:rPr>
          <w:rFonts w:ascii="Times New Roman" w:hAnsi="Times New Roman"/>
          <w:sz w:val="18"/>
        </w:rPr>
        <w:t>ure that all main section headings are 10pt Bold and use the vertical bar separator (e.g., '1 | Introduction').</w:t>
      </w:r>
    </w:p>
    <w:p w:rsidR="002032B0" w:rsidRDefault="003F54D5">
      <w:pPr>
        <w:spacing w:before="240" w:after="120"/>
      </w:pPr>
      <w:r>
        <w:rPr>
          <w:rFonts w:ascii="Times New Roman" w:hAnsi="Times New Roman"/>
          <w:b/>
          <w:sz w:val="18"/>
        </w:rPr>
        <w:t>2.1 Fonts, Tables, and Figures</w:t>
      </w:r>
    </w:p>
    <w:p w:rsidR="002032B0" w:rsidRDefault="003F54D5">
      <w:pPr>
        <w:spacing w:after="0" w:line="240" w:lineRule="auto"/>
        <w:jc w:val="both"/>
      </w:pPr>
      <w:r>
        <w:rPr>
          <w:rFonts w:ascii="Times New Roman" w:hAnsi="Times New Roman"/>
          <w:sz w:val="18"/>
        </w:rPr>
        <w:t>Subheadings should be 9pt Bold. Body paragraphs must be written in 9pt Times New Roman, fully justified, with sin</w:t>
      </w:r>
      <w:r>
        <w:rPr>
          <w:rFonts w:ascii="Times New Roman" w:hAnsi="Times New Roman"/>
          <w:sz w:val="18"/>
        </w:rPr>
        <w:t>gle line spacing. The table below summarizes the typographic rules for this journal.</w:t>
      </w:r>
    </w:p>
    <w:p w:rsidR="002032B0" w:rsidRDefault="003F54D5">
      <w:pPr>
        <w:spacing w:before="240" w:after="120"/>
        <w:jc w:val="center"/>
      </w:pPr>
      <w:r>
        <w:rPr>
          <w:rFonts w:ascii="Times New Roman" w:hAnsi="Times New Roman"/>
          <w:b/>
          <w:sz w:val="18"/>
        </w:rPr>
        <w:t>Table 1: Typography Specifications</w:t>
      </w:r>
    </w:p>
    <w:tbl>
      <w:tblPr>
        <w:tblStyle w:val="TableGrid"/>
        <w:tblW w:w="0" w:type="auto"/>
        <w:tblLook w:val="04A0" w:firstRow="1" w:lastRow="0" w:firstColumn="1" w:lastColumn="0" w:noHBand="0" w:noVBand="1"/>
      </w:tblPr>
      <w:tblGrid>
        <w:gridCol w:w="1752"/>
        <w:gridCol w:w="1660"/>
        <w:gridCol w:w="1680"/>
      </w:tblGrid>
      <w:tr w:rsidR="002032B0">
        <w:tc>
          <w:tcPr>
            <w:tcW w:w="3402" w:type="dxa"/>
          </w:tcPr>
          <w:p w:rsidR="002032B0" w:rsidRDefault="003F54D5">
            <w:pPr>
              <w:jc w:val="center"/>
            </w:pPr>
            <w:r>
              <w:rPr>
                <w:rFonts w:ascii="Times New Roman" w:hAnsi="Times New Roman"/>
                <w:b/>
                <w:sz w:val="18"/>
              </w:rPr>
              <w:t>Element</w:t>
            </w:r>
          </w:p>
        </w:tc>
        <w:tc>
          <w:tcPr>
            <w:tcW w:w="3402" w:type="dxa"/>
          </w:tcPr>
          <w:p w:rsidR="002032B0" w:rsidRDefault="003F54D5">
            <w:pPr>
              <w:jc w:val="center"/>
            </w:pPr>
            <w:r>
              <w:rPr>
                <w:rFonts w:ascii="Times New Roman" w:hAnsi="Times New Roman"/>
                <w:b/>
                <w:sz w:val="18"/>
              </w:rPr>
              <w:t>Font Family</w:t>
            </w:r>
          </w:p>
        </w:tc>
        <w:tc>
          <w:tcPr>
            <w:tcW w:w="3402" w:type="dxa"/>
          </w:tcPr>
          <w:p w:rsidR="002032B0" w:rsidRDefault="003F54D5">
            <w:pPr>
              <w:jc w:val="center"/>
            </w:pPr>
            <w:r>
              <w:rPr>
                <w:rFonts w:ascii="Times New Roman" w:hAnsi="Times New Roman"/>
                <w:b/>
                <w:sz w:val="18"/>
              </w:rPr>
              <w:t>Size &amp; Style</w:t>
            </w:r>
          </w:p>
        </w:tc>
      </w:tr>
      <w:tr w:rsidR="002032B0">
        <w:tc>
          <w:tcPr>
            <w:tcW w:w="3402" w:type="dxa"/>
          </w:tcPr>
          <w:p w:rsidR="002032B0" w:rsidRDefault="003F54D5">
            <w:pPr>
              <w:jc w:val="center"/>
            </w:pPr>
            <w:r>
              <w:rPr>
                <w:rFonts w:ascii="Times New Roman" w:hAnsi="Times New Roman"/>
                <w:sz w:val="18"/>
              </w:rPr>
              <w:t>Article Title</w:t>
            </w:r>
          </w:p>
        </w:tc>
        <w:tc>
          <w:tcPr>
            <w:tcW w:w="3402" w:type="dxa"/>
          </w:tcPr>
          <w:p w:rsidR="002032B0" w:rsidRDefault="003F54D5">
            <w:pPr>
              <w:jc w:val="center"/>
            </w:pPr>
            <w:r>
              <w:rPr>
                <w:rFonts w:ascii="Times New Roman" w:hAnsi="Times New Roman"/>
                <w:sz w:val="18"/>
              </w:rPr>
              <w:t>Times New Roman</w:t>
            </w:r>
          </w:p>
        </w:tc>
        <w:tc>
          <w:tcPr>
            <w:tcW w:w="3402" w:type="dxa"/>
          </w:tcPr>
          <w:p w:rsidR="002032B0" w:rsidRDefault="003F54D5">
            <w:pPr>
              <w:jc w:val="center"/>
            </w:pPr>
            <w:r>
              <w:rPr>
                <w:rFonts w:ascii="Times New Roman" w:hAnsi="Times New Roman"/>
                <w:sz w:val="18"/>
              </w:rPr>
              <w:t>14pt Bold</w:t>
            </w:r>
          </w:p>
        </w:tc>
      </w:tr>
      <w:tr w:rsidR="002032B0">
        <w:tc>
          <w:tcPr>
            <w:tcW w:w="3402" w:type="dxa"/>
          </w:tcPr>
          <w:p w:rsidR="002032B0" w:rsidRDefault="003F54D5">
            <w:pPr>
              <w:jc w:val="center"/>
            </w:pPr>
            <w:r>
              <w:rPr>
                <w:rFonts w:ascii="Times New Roman" w:hAnsi="Times New Roman"/>
                <w:sz w:val="18"/>
              </w:rPr>
              <w:t>Author Names</w:t>
            </w:r>
          </w:p>
        </w:tc>
        <w:tc>
          <w:tcPr>
            <w:tcW w:w="3402" w:type="dxa"/>
          </w:tcPr>
          <w:p w:rsidR="002032B0" w:rsidRDefault="003F54D5">
            <w:pPr>
              <w:jc w:val="center"/>
            </w:pPr>
            <w:r>
              <w:rPr>
                <w:rFonts w:ascii="Times New Roman" w:hAnsi="Times New Roman"/>
                <w:sz w:val="18"/>
              </w:rPr>
              <w:t>Times New Roman</w:t>
            </w:r>
          </w:p>
        </w:tc>
        <w:tc>
          <w:tcPr>
            <w:tcW w:w="3402" w:type="dxa"/>
          </w:tcPr>
          <w:p w:rsidR="002032B0" w:rsidRDefault="003F54D5">
            <w:pPr>
              <w:jc w:val="center"/>
            </w:pPr>
            <w:r>
              <w:rPr>
                <w:rFonts w:ascii="Times New Roman" w:hAnsi="Times New Roman"/>
                <w:sz w:val="18"/>
              </w:rPr>
              <w:t>10pt Bold</w:t>
            </w:r>
          </w:p>
        </w:tc>
      </w:tr>
      <w:tr w:rsidR="002032B0">
        <w:tc>
          <w:tcPr>
            <w:tcW w:w="3402" w:type="dxa"/>
          </w:tcPr>
          <w:p w:rsidR="002032B0" w:rsidRDefault="003F54D5">
            <w:pPr>
              <w:jc w:val="center"/>
            </w:pPr>
            <w:r>
              <w:rPr>
                <w:rFonts w:ascii="Times New Roman" w:hAnsi="Times New Roman"/>
                <w:sz w:val="18"/>
              </w:rPr>
              <w:t>Section Headings</w:t>
            </w:r>
          </w:p>
        </w:tc>
        <w:tc>
          <w:tcPr>
            <w:tcW w:w="3402" w:type="dxa"/>
          </w:tcPr>
          <w:p w:rsidR="002032B0" w:rsidRDefault="003F54D5">
            <w:pPr>
              <w:jc w:val="center"/>
            </w:pPr>
            <w:r>
              <w:rPr>
                <w:rFonts w:ascii="Times New Roman" w:hAnsi="Times New Roman"/>
                <w:sz w:val="18"/>
              </w:rPr>
              <w:t>Times New Roman</w:t>
            </w:r>
          </w:p>
        </w:tc>
        <w:tc>
          <w:tcPr>
            <w:tcW w:w="3402" w:type="dxa"/>
          </w:tcPr>
          <w:p w:rsidR="002032B0" w:rsidRDefault="003F54D5">
            <w:pPr>
              <w:jc w:val="center"/>
            </w:pPr>
            <w:r>
              <w:rPr>
                <w:rFonts w:ascii="Times New Roman" w:hAnsi="Times New Roman"/>
                <w:sz w:val="18"/>
              </w:rPr>
              <w:t>10pt Bold</w:t>
            </w:r>
          </w:p>
        </w:tc>
      </w:tr>
      <w:tr w:rsidR="002032B0">
        <w:tc>
          <w:tcPr>
            <w:tcW w:w="3402" w:type="dxa"/>
          </w:tcPr>
          <w:p w:rsidR="002032B0" w:rsidRDefault="003F54D5">
            <w:pPr>
              <w:jc w:val="center"/>
            </w:pPr>
            <w:r>
              <w:rPr>
                <w:rFonts w:ascii="Times New Roman" w:hAnsi="Times New Roman"/>
                <w:sz w:val="18"/>
              </w:rPr>
              <w:t>Body Text</w:t>
            </w:r>
          </w:p>
        </w:tc>
        <w:tc>
          <w:tcPr>
            <w:tcW w:w="3402" w:type="dxa"/>
          </w:tcPr>
          <w:p w:rsidR="002032B0" w:rsidRDefault="003F54D5">
            <w:pPr>
              <w:jc w:val="center"/>
            </w:pPr>
            <w:r>
              <w:rPr>
                <w:rFonts w:ascii="Times New Roman" w:hAnsi="Times New Roman"/>
                <w:sz w:val="18"/>
              </w:rPr>
              <w:t>Times New Roman</w:t>
            </w:r>
          </w:p>
        </w:tc>
        <w:tc>
          <w:tcPr>
            <w:tcW w:w="3402" w:type="dxa"/>
          </w:tcPr>
          <w:p w:rsidR="002032B0" w:rsidRDefault="003F54D5">
            <w:pPr>
              <w:jc w:val="center"/>
            </w:pPr>
            <w:r>
              <w:rPr>
                <w:rFonts w:ascii="Times New Roman" w:hAnsi="Times New Roman"/>
                <w:sz w:val="18"/>
              </w:rPr>
              <w:t>9pt Regular</w:t>
            </w:r>
          </w:p>
        </w:tc>
      </w:tr>
    </w:tbl>
    <w:p w:rsidR="002032B0" w:rsidRDefault="003F54D5">
      <w:pPr>
        <w:spacing w:after="0" w:line="240" w:lineRule="auto"/>
        <w:jc w:val="both"/>
      </w:pPr>
      <w:r>
        <w:rPr>
          <w:rFonts w:ascii="Times New Roman" w:hAnsi="Times New Roman"/>
          <w:sz w:val="18"/>
        </w:rPr>
        <w:t>Figures and illustrations must also be kept within the margins. Captions for tables should be placed above the table, while figure captions must be placed below the figure. Both should be ce</w:t>
      </w:r>
      <w:r>
        <w:rPr>
          <w:rFonts w:ascii="Times New Roman" w:hAnsi="Times New Roman"/>
          <w:sz w:val="18"/>
        </w:rPr>
        <w:t>ntered and formatted in 9pt Times New Roman as demonstrated below.</w:t>
      </w:r>
    </w:p>
    <w:p w:rsidR="002032B0" w:rsidRDefault="003F54D5">
      <w:pPr>
        <w:spacing w:before="240" w:after="120"/>
        <w:jc w:val="center"/>
      </w:pPr>
      <w:r>
        <w:rPr>
          <w:rFonts w:ascii="Times New Roman" w:hAnsi="Times New Roman"/>
          <w:i/>
          <w:sz w:val="20"/>
        </w:rPr>
        <w:t>[ Insert High-Resolution Image Here ]</w:t>
      </w:r>
    </w:p>
    <w:p w:rsidR="002032B0" w:rsidRDefault="003F54D5">
      <w:pPr>
        <w:spacing w:after="240"/>
        <w:jc w:val="center"/>
      </w:pPr>
      <w:r>
        <w:rPr>
          <w:rFonts w:ascii="Times New Roman" w:hAnsi="Times New Roman"/>
          <w:b/>
          <w:sz w:val="18"/>
        </w:rPr>
        <w:t>Figure 1: Example of a centered figure caption.</w:t>
      </w:r>
    </w:p>
    <w:p w:rsidR="002032B0" w:rsidRDefault="003F54D5">
      <w:pPr>
        <w:spacing w:before="240" w:after="120"/>
      </w:pPr>
      <w:r>
        <w:rPr>
          <w:rFonts w:ascii="Times New Roman" w:hAnsi="Times New Roman"/>
          <w:b/>
          <w:sz w:val="20"/>
        </w:rPr>
        <w:t>3 Conclusions</w:t>
      </w:r>
    </w:p>
    <w:p w:rsidR="002032B0" w:rsidRDefault="003F54D5">
      <w:pPr>
        <w:spacing w:after="0" w:line="240" w:lineRule="auto"/>
        <w:jc w:val="both"/>
      </w:pPr>
      <w:r>
        <w:rPr>
          <w:rFonts w:ascii="Times New Roman" w:hAnsi="Times New Roman"/>
          <w:sz w:val="18"/>
        </w:rPr>
        <w:t>A conclusion section is required. Although a conclusion may review the main points of the</w:t>
      </w:r>
      <w:r>
        <w:rPr>
          <w:rFonts w:ascii="Times New Roman" w:hAnsi="Times New Roman"/>
          <w:sz w:val="18"/>
        </w:rPr>
        <w:t xml:space="preserve"> paper, do not replicate the abstract as the conclusion. A conclusion might elaborate on the importance of the work, its limitations, or suggest future applications and extensions. A conclusion section is required. Although a conclusion may review the main</w:t>
      </w:r>
      <w:r>
        <w:rPr>
          <w:rFonts w:ascii="Times New Roman" w:hAnsi="Times New Roman"/>
          <w:sz w:val="18"/>
        </w:rPr>
        <w:t xml:space="preserve"> points of the paper, do not replicate the abstract as the conclusion. A conclusion might elaborate on the importance of the work, its limitations, or suggest future applications and extensions. A conclusion section is required. Although a conclusion may r</w:t>
      </w:r>
      <w:r>
        <w:rPr>
          <w:rFonts w:ascii="Times New Roman" w:hAnsi="Times New Roman"/>
          <w:sz w:val="18"/>
        </w:rPr>
        <w:t xml:space="preserve">eview the main points of the paper, do not replicate the abstract as the conclusion. A conclusion might elaborate on the importance of the work, its limitations, or suggest future applications and extensions. </w:t>
      </w:r>
    </w:p>
    <w:p w:rsidR="002032B0" w:rsidRDefault="003F54D5">
      <w:pPr>
        <w:spacing w:before="240" w:after="120"/>
      </w:pPr>
      <w:r>
        <w:rPr>
          <w:rFonts w:ascii="Times New Roman" w:hAnsi="Times New Roman"/>
          <w:b/>
          <w:sz w:val="18"/>
        </w:rPr>
        <w:t>Declaration Statement</w:t>
      </w:r>
    </w:p>
    <w:p w:rsidR="002032B0" w:rsidRDefault="003F54D5">
      <w:pPr>
        <w:spacing w:after="0" w:line="240" w:lineRule="auto"/>
        <w:jc w:val="both"/>
      </w:pPr>
      <w:r>
        <w:rPr>
          <w:rFonts w:ascii="Times New Roman" w:hAnsi="Times New Roman"/>
          <w:sz w:val="18"/>
        </w:rPr>
        <w:t>Please provide the relev</w:t>
      </w:r>
      <w:r>
        <w:rPr>
          <w:rFonts w:ascii="Times New Roman" w:hAnsi="Times New Roman"/>
          <w:sz w:val="18"/>
        </w:rPr>
        <w:t>ant details for the Declaration Statement here. Ensure that all necessary information is disclosed according to the journal's guidelines. Please provide the relevant details for the Declaration Statement here. Ensure that all necessary information is discl</w:t>
      </w:r>
      <w:r>
        <w:rPr>
          <w:rFonts w:ascii="Times New Roman" w:hAnsi="Times New Roman"/>
          <w:sz w:val="18"/>
        </w:rPr>
        <w:t xml:space="preserve">osed according to the journal's guidelines. </w:t>
      </w:r>
    </w:p>
    <w:p w:rsidR="002032B0" w:rsidRDefault="003F54D5">
      <w:pPr>
        <w:spacing w:before="240" w:after="120"/>
      </w:pPr>
      <w:r>
        <w:rPr>
          <w:rFonts w:ascii="Times New Roman" w:hAnsi="Times New Roman"/>
          <w:b/>
          <w:sz w:val="18"/>
        </w:rPr>
        <w:t>Acknowledgment Statement</w:t>
      </w:r>
    </w:p>
    <w:p w:rsidR="002032B0" w:rsidRDefault="003F54D5">
      <w:pPr>
        <w:spacing w:after="0" w:line="240" w:lineRule="auto"/>
        <w:jc w:val="both"/>
      </w:pPr>
      <w:r>
        <w:rPr>
          <w:rFonts w:ascii="Times New Roman" w:hAnsi="Times New Roman"/>
          <w:sz w:val="18"/>
        </w:rPr>
        <w:lastRenderedPageBreak/>
        <w:t>Please provide the relevant details for the Acknowledgment Statement here. Ensure that all necessary information is disclosed according to the journal's guidelines. Please provide the re</w:t>
      </w:r>
      <w:r>
        <w:rPr>
          <w:rFonts w:ascii="Times New Roman" w:hAnsi="Times New Roman"/>
          <w:sz w:val="18"/>
        </w:rPr>
        <w:t xml:space="preserve">levant details for the Acknowledgment Statement here. Ensure that all necessary information is disclosed according to the journal's guidelines. </w:t>
      </w:r>
    </w:p>
    <w:p w:rsidR="002032B0" w:rsidRDefault="003F54D5">
      <w:pPr>
        <w:spacing w:before="240" w:after="120"/>
      </w:pPr>
      <w:r>
        <w:rPr>
          <w:rFonts w:ascii="Times New Roman" w:hAnsi="Times New Roman"/>
          <w:b/>
          <w:sz w:val="18"/>
        </w:rPr>
        <w:t>Funding</w:t>
      </w:r>
    </w:p>
    <w:p w:rsidR="002032B0" w:rsidRDefault="003F54D5">
      <w:pPr>
        <w:spacing w:after="0" w:line="240" w:lineRule="auto"/>
        <w:jc w:val="both"/>
      </w:pPr>
      <w:r>
        <w:rPr>
          <w:rFonts w:ascii="Times New Roman" w:hAnsi="Times New Roman"/>
          <w:sz w:val="18"/>
        </w:rPr>
        <w:t>Please provide the relevant details for the Funding here. Ensure that all necessary information is disclosed according to the journal's guidelines. Please provide the relevant details for the Funding here. Ensure that all necessary information is disclosed</w:t>
      </w:r>
      <w:r>
        <w:rPr>
          <w:rFonts w:ascii="Times New Roman" w:hAnsi="Times New Roman"/>
          <w:sz w:val="18"/>
        </w:rPr>
        <w:t xml:space="preserve"> according to the journal's guidelines. </w:t>
      </w:r>
    </w:p>
    <w:p w:rsidR="002032B0" w:rsidRDefault="003F54D5">
      <w:pPr>
        <w:spacing w:before="240" w:after="120"/>
      </w:pPr>
      <w:r>
        <w:rPr>
          <w:rFonts w:ascii="Times New Roman" w:hAnsi="Times New Roman"/>
          <w:b/>
          <w:sz w:val="18"/>
        </w:rPr>
        <w:t>Data Availability</w:t>
      </w:r>
    </w:p>
    <w:p w:rsidR="002032B0" w:rsidRDefault="003F54D5">
      <w:pPr>
        <w:spacing w:after="0" w:line="240" w:lineRule="auto"/>
        <w:jc w:val="both"/>
      </w:pPr>
      <w:r>
        <w:rPr>
          <w:rFonts w:ascii="Times New Roman" w:hAnsi="Times New Roman"/>
          <w:sz w:val="18"/>
        </w:rPr>
        <w:t>Please provide the relevant details for the Data Availability here. Ensure that all necessary information is disclosed according to the journal's guidelines. Please provide the relevant details for</w:t>
      </w:r>
      <w:r>
        <w:rPr>
          <w:rFonts w:ascii="Times New Roman" w:hAnsi="Times New Roman"/>
          <w:sz w:val="18"/>
        </w:rPr>
        <w:t xml:space="preserve"> the Data Availability here. Ensure that all necessary information is disclosed according to the journal's guidelines. </w:t>
      </w:r>
    </w:p>
    <w:p w:rsidR="002032B0" w:rsidRDefault="003F54D5">
      <w:pPr>
        <w:spacing w:before="240" w:after="120"/>
      </w:pPr>
      <w:r>
        <w:rPr>
          <w:rFonts w:ascii="Times New Roman" w:hAnsi="Times New Roman"/>
          <w:b/>
          <w:sz w:val="18"/>
        </w:rPr>
        <w:t>Ethical Approval</w:t>
      </w:r>
    </w:p>
    <w:p w:rsidR="002032B0" w:rsidRDefault="003F54D5">
      <w:pPr>
        <w:spacing w:after="0" w:line="240" w:lineRule="auto"/>
        <w:jc w:val="both"/>
      </w:pPr>
      <w:r>
        <w:rPr>
          <w:rFonts w:ascii="Times New Roman" w:hAnsi="Times New Roman"/>
          <w:sz w:val="18"/>
        </w:rPr>
        <w:t>Please provide the relevant details for the Ethical Approval here. Ensure that all necessary information is disclosed a</w:t>
      </w:r>
      <w:r>
        <w:rPr>
          <w:rFonts w:ascii="Times New Roman" w:hAnsi="Times New Roman"/>
          <w:sz w:val="18"/>
        </w:rPr>
        <w:t xml:space="preserve">ccording to the journal's guidelines. Please provide the relevant details for the Ethical Approval here. Ensure that all necessary information is disclosed according to the journal's guidelines. </w:t>
      </w:r>
    </w:p>
    <w:p w:rsidR="002032B0" w:rsidRDefault="003F54D5">
      <w:pPr>
        <w:spacing w:before="240" w:after="120"/>
      </w:pPr>
      <w:r>
        <w:rPr>
          <w:rFonts w:ascii="Times New Roman" w:hAnsi="Times New Roman"/>
          <w:b/>
          <w:sz w:val="18"/>
        </w:rPr>
        <w:t>Consent for Publication</w:t>
      </w:r>
    </w:p>
    <w:p w:rsidR="002032B0" w:rsidRDefault="003F54D5">
      <w:pPr>
        <w:spacing w:after="0" w:line="240" w:lineRule="auto"/>
        <w:jc w:val="both"/>
      </w:pPr>
      <w:r>
        <w:rPr>
          <w:rFonts w:ascii="Times New Roman" w:hAnsi="Times New Roman"/>
          <w:sz w:val="18"/>
        </w:rPr>
        <w:t xml:space="preserve">Please provide the relevant details </w:t>
      </w:r>
      <w:r>
        <w:rPr>
          <w:rFonts w:ascii="Times New Roman" w:hAnsi="Times New Roman"/>
          <w:sz w:val="18"/>
        </w:rPr>
        <w:t>for the Consent for Publication here. Ensure that all necessary information is disclosed according to the journal's guidelines. Please provide the relevant details for the Consent for Publication here. Ensure that all necessary information is disclosed acc</w:t>
      </w:r>
      <w:r>
        <w:rPr>
          <w:rFonts w:ascii="Times New Roman" w:hAnsi="Times New Roman"/>
          <w:sz w:val="18"/>
        </w:rPr>
        <w:t xml:space="preserve">ording to the journal's guidelines. </w:t>
      </w:r>
    </w:p>
    <w:p w:rsidR="002032B0" w:rsidRDefault="003F54D5">
      <w:pPr>
        <w:spacing w:before="240" w:after="120"/>
      </w:pPr>
      <w:r>
        <w:rPr>
          <w:rFonts w:ascii="Times New Roman" w:hAnsi="Times New Roman"/>
          <w:b/>
          <w:sz w:val="18"/>
        </w:rPr>
        <w:t>Conflict of Interest</w:t>
      </w:r>
    </w:p>
    <w:p w:rsidR="002032B0" w:rsidRDefault="003F54D5">
      <w:pPr>
        <w:spacing w:after="0" w:line="240" w:lineRule="auto"/>
        <w:jc w:val="both"/>
      </w:pPr>
      <w:r>
        <w:rPr>
          <w:rFonts w:ascii="Times New Roman" w:hAnsi="Times New Roman"/>
          <w:sz w:val="18"/>
        </w:rPr>
        <w:t>Please provide the relevant details for the Conflict of Interest here. Ensure that all necessary information is disclosed according to the journal's guidelines. Please provide the relevant details f</w:t>
      </w:r>
      <w:r>
        <w:rPr>
          <w:rFonts w:ascii="Times New Roman" w:hAnsi="Times New Roman"/>
          <w:sz w:val="18"/>
        </w:rPr>
        <w:t xml:space="preserve">or the Conflict of Interest here. Ensure that all necessary information is disclosed according to the journal's guidelines. </w:t>
      </w:r>
    </w:p>
    <w:p w:rsidR="002032B0" w:rsidRDefault="003F54D5">
      <w:pPr>
        <w:spacing w:before="240" w:after="120"/>
      </w:pPr>
      <w:r>
        <w:rPr>
          <w:rFonts w:ascii="Times New Roman" w:hAnsi="Times New Roman"/>
          <w:b/>
          <w:sz w:val="18"/>
        </w:rPr>
        <w:t>References</w:t>
      </w:r>
    </w:p>
    <w:p w:rsidR="002032B0" w:rsidRDefault="003F54D5">
      <w:pPr>
        <w:spacing w:after="120" w:line="240" w:lineRule="auto"/>
        <w:ind w:left="283" w:hanging="283"/>
        <w:jc w:val="both"/>
      </w:pPr>
      <w:r>
        <w:rPr>
          <w:rFonts w:ascii="Times New Roman" w:hAnsi="Times New Roman"/>
          <w:sz w:val="18"/>
        </w:rPr>
        <w:t>[1] A. Author, B. Coauthor, "Title of paper," Global Journal of Advanced Engineering Systems and Technologies, vol. 1, p</w:t>
      </w:r>
      <w:r>
        <w:rPr>
          <w:rFonts w:ascii="Times New Roman" w:hAnsi="Times New Roman"/>
          <w:sz w:val="18"/>
        </w:rPr>
        <w:t>p. 1-10, 2026.</w:t>
      </w:r>
    </w:p>
    <w:p w:rsidR="002032B0" w:rsidRDefault="003F54D5">
      <w:pPr>
        <w:spacing w:after="120" w:line="240" w:lineRule="auto"/>
        <w:ind w:left="283" w:hanging="283"/>
        <w:jc w:val="both"/>
      </w:pPr>
      <w:r>
        <w:rPr>
          <w:rFonts w:ascii="Times New Roman" w:hAnsi="Times New Roman"/>
          <w:sz w:val="18"/>
        </w:rPr>
        <w:t>[2] C. Researcher, "Another important paper on advanced systems," Advanced Systems, vol. 2, pp. 11-20, 2025.</w:t>
      </w:r>
    </w:p>
    <w:p w:rsidR="002032B0" w:rsidRDefault="003F54D5">
      <w:pPr>
        <w:spacing w:after="120" w:line="240" w:lineRule="auto"/>
        <w:ind w:left="283" w:hanging="283"/>
        <w:jc w:val="both"/>
      </w:pPr>
      <w:r>
        <w:rPr>
          <w:rFonts w:ascii="Times New Roman" w:hAnsi="Times New Roman"/>
          <w:sz w:val="18"/>
        </w:rPr>
        <w:t>[3] D. Scientist, E. Engineer, "Self-guiding instructional text for references," Smart Mobility Journal, 5(2), 45-60.</w:t>
      </w:r>
    </w:p>
    <w:p w:rsidR="002032B0" w:rsidRDefault="003F54D5">
      <w:pPr>
        <w:spacing w:after="120" w:line="240" w:lineRule="auto"/>
        <w:ind w:left="283" w:hanging="283"/>
        <w:jc w:val="both"/>
      </w:pPr>
      <w:r>
        <w:rPr>
          <w:rFonts w:ascii="Times New Roman" w:hAnsi="Times New Roman"/>
          <w:sz w:val="18"/>
        </w:rPr>
        <w:t xml:space="preserve">[4] B. Smith, </w:t>
      </w:r>
      <w:r>
        <w:rPr>
          <w:rFonts w:ascii="Times New Roman" w:hAnsi="Times New Roman"/>
          <w:sz w:val="18"/>
        </w:rPr>
        <w:t>"Data-driven decision making guidelines," Journal of Big Data, 11(3), 112-130.</w:t>
      </w:r>
    </w:p>
    <w:p w:rsidR="002032B0" w:rsidRDefault="003F54D5">
      <w:pPr>
        <w:spacing w:after="120" w:line="240" w:lineRule="auto"/>
        <w:ind w:left="283" w:hanging="283"/>
        <w:jc w:val="both"/>
      </w:pPr>
      <w:r>
        <w:rPr>
          <w:rFonts w:ascii="Times New Roman" w:hAnsi="Times New Roman"/>
          <w:sz w:val="18"/>
        </w:rPr>
        <w:t>[5] J. Doe, "Blockchain for smart cities formatting rules," IEEE Access, 13, 500-515.</w:t>
      </w:r>
    </w:p>
    <w:p w:rsidR="002032B0" w:rsidRDefault="003F54D5">
      <w:pPr>
        <w:spacing w:after="120" w:line="240" w:lineRule="auto"/>
        <w:ind w:left="283" w:hanging="283"/>
        <w:jc w:val="both"/>
      </w:pPr>
      <w:r>
        <w:rPr>
          <w:rFonts w:ascii="Times New Roman" w:hAnsi="Times New Roman"/>
          <w:sz w:val="18"/>
        </w:rPr>
        <w:t xml:space="preserve">[6] L. Wang, "Cloud computing architecture template instructions," Future Internet, 18(4), </w:t>
      </w:r>
      <w:r>
        <w:rPr>
          <w:rFonts w:ascii="Times New Roman" w:hAnsi="Times New Roman"/>
          <w:sz w:val="18"/>
        </w:rPr>
        <w:t>89-105.</w:t>
      </w:r>
    </w:p>
    <w:p w:rsidR="002032B0" w:rsidRDefault="003F54D5">
      <w:pPr>
        <w:spacing w:after="120" w:line="240" w:lineRule="auto"/>
        <w:ind w:left="283" w:hanging="283"/>
        <w:jc w:val="both"/>
      </w:pPr>
      <w:r>
        <w:rPr>
          <w:rFonts w:ascii="Times New Roman" w:hAnsi="Times New Roman"/>
          <w:sz w:val="18"/>
        </w:rPr>
        <w:lastRenderedPageBreak/>
        <w:t>[7] R. Gupta, "Security in vehicle-to-everything communications," Cybersecurity, 8(2), 200-215.</w:t>
      </w:r>
    </w:p>
    <w:p w:rsidR="002032B0" w:rsidRDefault="003F54D5">
      <w:pPr>
        <w:spacing w:after="120" w:line="240" w:lineRule="auto"/>
        <w:ind w:left="283" w:hanging="283"/>
        <w:jc w:val="both"/>
      </w:pPr>
      <w:r>
        <w:rPr>
          <w:rFonts w:ascii="Times New Roman" w:hAnsi="Times New Roman"/>
          <w:sz w:val="18"/>
        </w:rPr>
        <w:t>[8] H. Zhang, "Deep learning for traffic prediction guidelines," Transportation Research, 102, 50-65.</w:t>
      </w:r>
    </w:p>
    <w:p w:rsidR="002032B0" w:rsidRDefault="003F54D5">
      <w:pPr>
        <w:spacing w:after="120" w:line="240" w:lineRule="auto"/>
        <w:ind w:left="283" w:hanging="283"/>
        <w:jc w:val="both"/>
      </w:pPr>
      <w:r>
        <w:rPr>
          <w:rFonts w:ascii="Times New Roman" w:hAnsi="Times New Roman"/>
          <w:sz w:val="18"/>
        </w:rPr>
        <w:t>[9] X. Li, "Optimization of edge computing resourc</w:t>
      </w:r>
      <w:r>
        <w:rPr>
          <w:rFonts w:ascii="Times New Roman" w:hAnsi="Times New Roman"/>
          <w:sz w:val="18"/>
        </w:rPr>
        <w:t>es," Edge Computing Journal, 3(1), 10-25.</w:t>
      </w:r>
    </w:p>
    <w:p w:rsidR="002032B0" w:rsidRDefault="003F54D5">
      <w:pPr>
        <w:spacing w:after="120" w:line="240" w:lineRule="auto"/>
        <w:ind w:left="283" w:hanging="283"/>
        <w:jc w:val="both"/>
      </w:pPr>
      <w:r>
        <w:rPr>
          <w:rFonts w:ascii="Times New Roman" w:hAnsi="Times New Roman"/>
          <w:sz w:val="18"/>
        </w:rPr>
        <w:t>[10] S. Kumar, "Reinforcement learning in robotics," Robotics and Automation, 12(4), 300-315.</w:t>
      </w:r>
      <w:bookmarkStart w:id="0" w:name="_GoBack"/>
      <w:bookmarkEnd w:id="0"/>
    </w:p>
    <w:sectPr w:rsidR="002032B0" w:rsidSect="00034616">
      <w:type w:val="continuous"/>
      <w:pgSz w:w="11906" w:h="16838"/>
      <w:pgMar w:top="544" w:right="850" w:bottom="731" w:left="850" w:header="720" w:footer="720" w:gutter="0"/>
      <w:cols w:num="2" w:space="45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4D5" w:rsidRDefault="003F54D5">
      <w:pPr>
        <w:spacing w:after="0" w:line="240" w:lineRule="auto"/>
      </w:pPr>
      <w:r>
        <w:separator/>
      </w:r>
    </w:p>
  </w:endnote>
  <w:endnote w:type="continuationSeparator" w:id="0">
    <w:p w:rsidR="003F54D5" w:rsidRDefault="003F5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2B0" w:rsidRDefault="003F54D5">
    <w:pPr>
      <w:pStyle w:val="Footer"/>
    </w:pPr>
    <w:r>
      <w:rPr>
        <w:rFonts w:ascii="Times New Roman" w:hAnsi="Times New Roman"/>
        <w:b/>
        <w:color w:val="7F7F7F"/>
        <w:sz w:val="19"/>
      </w:rPr>
      <w:t>*Corresponding Author: author@email.com</w:t>
    </w:r>
  </w:p>
  <w:p w:rsidR="002032B0" w:rsidRDefault="003F54D5">
    <w:pPr>
      <w:spacing w:after="0"/>
      <w:jc w:val="right"/>
    </w:pPr>
    <w:r>
      <w:rPr>
        <w:rFonts w:ascii="Times New Roman" w:hAnsi="Times New Roman"/>
        <w:b/>
        <w:color w:val="7F7F7F"/>
        <w:sz w:val="19"/>
      </w:rPr>
      <w:t>Volume 01 Issue 01 (July) 2026</w:t>
    </w:r>
  </w:p>
  <w:p w:rsidR="002032B0" w:rsidRDefault="003F54D5">
    <w:pPr>
      <w:spacing w:after="0"/>
      <w:jc w:val="right"/>
    </w:pPr>
    <w:r>
      <w:rPr>
        <w:rFonts w:ascii="Times New Roman" w:hAnsi="Times New Roman"/>
        <w:color w:val="7F7F7F"/>
        <w:sz w:val="19"/>
      </w:rPr>
      <w:t>Available at: gtspress.org/GJAEST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4D5" w:rsidRDefault="003F54D5">
      <w:pPr>
        <w:spacing w:after="0" w:line="240" w:lineRule="auto"/>
      </w:pPr>
      <w:r>
        <w:separator/>
      </w:r>
    </w:p>
  </w:footnote>
  <w:footnote w:type="continuationSeparator" w:id="0">
    <w:p w:rsidR="003F54D5" w:rsidRDefault="003F54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Look w:val="04A0" w:firstRow="1" w:lastRow="0" w:firstColumn="1" w:lastColumn="0" w:noHBand="0" w:noVBand="1"/>
    </w:tblPr>
    <w:tblGrid>
      <w:gridCol w:w="7200"/>
      <w:gridCol w:w="2160"/>
    </w:tblGrid>
    <w:tr w:rsidR="002032B0">
      <w:trPr>
        <w:jc w:val="center"/>
      </w:trPr>
      <w:tc>
        <w:tcPr>
          <w:tcW w:w="7200" w:type="dxa"/>
        </w:tcPr>
        <w:p w:rsidR="002032B0" w:rsidRDefault="003F54D5">
          <w:pPr>
            <w:spacing w:after="0"/>
          </w:pPr>
          <w:r>
            <w:rPr>
              <w:rFonts w:ascii="Times New Roman" w:hAnsi="Times New Roman"/>
              <w:b/>
              <w:color w:val="7F7F7F"/>
              <w:sz w:val="17"/>
            </w:rPr>
            <w:t>Global Journal of Advanced Engineering S</w:t>
          </w:r>
          <w:r>
            <w:rPr>
              <w:rFonts w:ascii="Times New Roman" w:hAnsi="Times New Roman"/>
              <w:b/>
              <w:color w:val="7F7F7F"/>
              <w:sz w:val="17"/>
            </w:rPr>
            <w:t>ystems and Technologies</w:t>
          </w:r>
        </w:p>
        <w:p w:rsidR="002032B0" w:rsidRDefault="003F54D5">
          <w:pPr>
            <w:spacing w:after="0"/>
          </w:pPr>
          <w:r>
            <w:rPr>
              <w:rFonts w:ascii="Times New Roman" w:hAnsi="Times New Roman"/>
              <w:color w:val="7F7F7F"/>
              <w:sz w:val="16"/>
            </w:rPr>
            <w:t>ISSN: ------ ,DOI: - , Impact Factor: -</w:t>
          </w:r>
        </w:p>
        <w:p w:rsidR="002032B0" w:rsidRDefault="003F54D5">
          <w:pPr>
            <w:spacing w:after="0"/>
          </w:pPr>
          <w:r>
            <w:rPr>
              <w:rFonts w:ascii="Times New Roman" w:hAnsi="Times New Roman"/>
              <w:color w:val="7F7F7F"/>
              <w:sz w:val="16"/>
            </w:rPr>
            <w:t>Volume 01 Issue 01 (July) 2026</w:t>
          </w:r>
        </w:p>
      </w:tc>
      <w:tc>
        <w:tcPr>
          <w:tcW w:w="2160" w:type="dxa"/>
        </w:tcPr>
        <w:p w:rsidR="002032B0" w:rsidRDefault="003F54D5">
          <w:pPr>
            <w:jc w:val="right"/>
          </w:pPr>
          <w:r>
            <w:rPr>
              <w:noProof/>
              <w:lang w:val="en-IN" w:eastAsia="en-IN"/>
            </w:rPr>
            <w:drawing>
              <wp:inline distT="0" distB="0" distL="0" distR="0">
                <wp:extent cx="409026" cy="4114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stretch>
                          <a:fillRect/>
                        </a:stretch>
                      </pic:blipFill>
                      <pic:spPr>
                        <a:xfrm>
                          <a:off x="0" y="0"/>
                          <a:ext cx="409026" cy="411480"/>
                        </a:xfrm>
                        <a:prstGeom prst="rect">
                          <a:avLst/>
                        </a:prstGeom>
                      </pic:spPr>
                    </pic:pic>
                  </a:graphicData>
                </a:graphic>
              </wp:inline>
            </w:drawing>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032B0"/>
    <w:rsid w:val="0029639D"/>
    <w:rsid w:val="00326F90"/>
    <w:rsid w:val="00387B8B"/>
    <w:rsid w:val="003F54D5"/>
    <w:rsid w:val="00A7154F"/>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A715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15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A715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15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2A0C3-E90B-4D71-A413-5EF6CB621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1479</Words>
  <Characters>8435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DELL</cp:lastModifiedBy>
  <cp:revision>3</cp:revision>
  <cp:lastPrinted>2026-08-12T07:00:00Z</cp:lastPrinted>
  <dcterms:created xsi:type="dcterms:W3CDTF">2013-12-23T23:15:00Z</dcterms:created>
  <dcterms:modified xsi:type="dcterms:W3CDTF">2026-08-12T07:00:00Z</dcterms:modified>
</cp:coreProperties>
</file>